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合同编号：________________</w:t>
      </w:r>
    </w:p>
    <w:p>
      <w:pPr>
        <w:spacing w:lineRule="exact" w:line="560" w:before="280" w:after="280"/>
        <w:jc w:val="center"/>
      </w:pPr>
      <w:r>
        <w:rPr>
          <w:rFonts w:ascii="彩虹粗仿宋" w:hAnsi="彩虹粗仿宋" w:eastAsia="彩虹粗仿宋"/>
          <w:b/>
          <w:sz w:val="36"/>
        </w:rPr>
        <w:t>买卖合同</w:t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（买方立场示范文本）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签订地点：________________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签订日期：______年____月____日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出卖人（甲方）：________________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统一社会信用代码：________________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住所：________________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联系方式：________________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买受人（乙方）：________________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统一社会信用代码／身份证号：________________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法定代表人／本人：________________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住所：________________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联系方式：________________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（注：当事人为自然人的，填写姓名、身份证号、住所及联系方式；为法人或非法人组织的，填写名称、统一社会信用代码、法定代表人、住所及联系方式。）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鉴于：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1．出卖人系合法生产、销售本合同项下货物的主体，对标的物享有合法、完整的处分权；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2．买受人因生产经营需要，愿意购买并有能力支付价款；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双方根据《中华人民共和国民法典》及相关法律法规，本着平等自愿、诚实信用原则，经协商一致，订立本合同。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第一条　定义与解释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1.1　“标的物”：指本合同第二条所列明的货物，包括其全部附件、备件、随机文件及技术资料。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1.2　“交付”：指出卖人将标的物运抵合同约定交货地点并经买受人签收的行为。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1.3　“验收合格”：指标的物经买受人按本合同第七条约定的标准与程序检验，确认数量、质量、规格均符合约定。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1.4　本合同所称“日”，除特别注明外均指日历日；“工作日”指法定工作日。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第二条　标的物与范围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2.1　标的物名称、规格型号、数量、单位及单价如下（或详见附件一《货物明细表》）：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货物名称：________________；规格型号：________________；数量：________________；单价：________________（元）。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2.2　标的物应随附出厂合格证、质量证明文件、使用说明书及依法应提供的其他文件。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2.3　本合同项下标的物的知识产权归属及使用许可，按附件约定执行；未约定的，买受人仅为自身正常经营目的使用。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第三条　质量标准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3.1　标的物质量应符合国家标准、行业标准；无国家标准、行业标准的，应符合通常标准或符合合同目的的特定标准，且不低于出卖人产品说明书、样品所示质量状况。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3.2　标的物应为全新、未使用的合格产品，不得以翻新、返修、临期产品冒充。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3.3　（注：建议买受人将关键质量指标以技术协议或样品封样形式固定，作为验收与索赔依据。）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第四条　价款、支付方式与条件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4.1　合同总价款为人民币________元（大写：________________元整，含税，税率____%）。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4.2　买受人按下列节奏付款，每期付款均以出卖人已履行对应义务并已开具合规发票为前提；出卖人未开具或开具不合规发票的，买受人有权拒付相应款项，付款期限自合规发票开具之日起重新起算：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（1）到货款：标的物全部运抵交货地点，经买受人外观、数量检验无误，且出卖人已开具对应金额的合规发票后30日内，支付合同总价款的50%；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（2）验收款：标的物经买受人验收合格并出具验收合格确认书，且出卖人已开具全额合规发票后30日内，支付至合同总价款的90%；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（3）质量保证金：预留合同总价款的10%（不低于5%、不高于10%）作为质量保证金，于质保期届满、无未决质量问题且出卖人已履行全部质保义务后30日内无息支付。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4.3　买受人在下列情形下有权暂缓支付相应款项，且不构成违约、不计利息、不承担违约责任：标的物未按期交付或交付数量不足；交付的标的物经验收不合格或质量不符合约定；出卖人未开具或未足额开具合规发票；出卖人未履行权利瑕疵担保义务或标的物存在第三人权利主张。暂缓支付期间，相应付款期限顺延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4.4　出卖人收款账户：户名________________，开户行________________，账号________________。账户变更须由出卖人以书面形式（加盖公章）通知，否则买受人向原账户付款视为履行完毕。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第五条　发票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5.1　出卖人应在买受人支付每笔款项前5日内，就该笔款项向买受人开具合法有效的增值税专用发票；未开具或开具不合规发票的，买受人有权拒付该笔款项，且不承担逾期付款责任。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5.2　发票内容应与合同、实际交易一致。发票不符合规定的，买受人有权退回并要求补开、换开，付款期限相应顺延。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第六条　交付、履行期限与地点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6.1　交付时间：____年____月____日前（或：买受人书面订单确认后____日内）一次性／分批交付完毕。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6.2　交付地点：________________（买受人指定仓库／工地）。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6.3　运输方式及费用承担：由出卖人负责运输并承担运费、保险费；标的物毁损、灭失的风险在买受人验收合格前由出卖人承担。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6.4　出卖人逾期交付的，应提前____日书面告知并说明理由；未获买受人书面同意的延期不改变逾期交付的性质。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第七条　检验与验收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7.1　买受人有权自行或委托第三方检验机构对标的物进行检验。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7.2　外观、数量异议：买受人应在标的物交付之日起30日内提出；质量异议：买受人应在标的物交付之日起180日内提出；隐蔽瑕疵（包括依通常检验方法不能发现、需经安装调试或使用后方能显现的瑕疵）不受前述异议期限的限制，买受人有权在质保期内随时提出。出卖人不得以异议期届满为由免除其对隐蔽瑕疵的质量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7.3　检验不合格的，买受人有权书面通知出卖人，要求修理、更换、重作或减价；出卖人应在收到通知后____日内完成处理；逾期未处理的，买受人有权另行购买替代货物，差价及合理费用由出卖人承担。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7.4　双方对质量争议可共同委托具备法定资质的检验机构鉴定；鉴定期间不计入买受人异议期限。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7.5　（注：买受人应注意合同不得约定过短异议期；依民法典规定，约定的检验期间过短、依标的物性质难以完成的，应按合理期间或两年最长期间主张权利。）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第八条　所有权保留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8.1　在买受人付清全部价款之前，标的物所有权不发生转移，但买受人有权基于本合同占有、使用该标的物并获取相应收益，出卖人不得以所有权保留为由要求买受人返还或取回标的物，亦不得妨碍买受人的正常生产经营；标的物毁损、灭失的风险自验收合格时起转移至买受人。买受人经出卖人书面同意处分标的物的，出卖人应配合办理相应手续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8.2　买受人付清全部价款时，标的物所有权即归买受人所有，出卖人应配合办理必要的权属手续。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第九条　双方权利义务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9.1　出卖人义务：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（1）按约定时间、地点、数量、质量交付标的物及随附文件；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2）保证标的物权利完整，无抵押、查封、租赁等权利负担或第三人权利主张；第三人就标的物向买受人主张所有权、担保物权、知识产权或其他权利的，出卖人应承担全部权利瑕疵担保责任，并应买受人要求在5日内提供合同、发票、权属证明、检验报告等资料，协助买受人提出抗辩、参加诉讼或仲裁、办理保全担保等事宜，由此产生的调查费、公证费、鉴定费、律师费、差旅费由出卖人承担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（3）对标的物提供不少于____个月的质保期，质保期内非因买受人原因出现的质量问题负责免费修理、更换；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（4）如实告知标的物的性能、瑕疵及使用注意事项。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9.2　买受人义务：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（1）按第四条约定的条件与期限支付价款；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（2）及时受领按约交付的标的物并出具签收凭证；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（3）按标的物性质妥善保管已受领但未验收的货物。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第十条　担保条款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10.1　双方选择下列第____种担保方式（可多选）：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（1）定金：买受人于本合同签订后____日内支付定金人民币________元（不得超过主合同标的额的20%）。出卖人违约致合同目的不能实现的，应双倍返还定金；出卖人无违约的，定金抵作价款或收回。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（2）保证：由第三方为出卖人履行义务提供连带责任保证，保证范围为出卖人全部合同义务及违约责任。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（3）抵押／质押：出卖人以自有财产提供担保，另行签订担保合同作为本合同附件。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10.2　买受人既主张违约金又符合定金罚则条件的，依民法典规定择一适用；买受人有权选择对其更有利的方式。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第十一条　违约责任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11.1　出卖人逾期交付的，每逾期一日按合同总价款的万分之五向买受人支付违约金；逾期超过15日的，买受人有权书面通知解除本合同并要求出卖人赔偿全部损失；逾期超过30日的，买受人还有权另行采购替代货物，替代采购差价及为此支出的运输、检验、安装调试费用由出卖人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11.2　标的物质量不符合约定的，出卖人除负责修理、更换、重作、退货、减价外，另按不合格部分货款的____%支付违约金。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11.3　出卖人违反权利瑕疵担保义务，致买受人遭受第三人追索、标的物被查封扣押或无法正常使用的，应退还相应价款、按合同总价款的20%支付违约金，并赔偿买受人全部损失（包括但不限于停产损失、替代采购差价、诉讼费、保全费、保全担保费、公证费及合理律师费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11.4　买受人逾期付款的，每逾期一日按逾期金额的万分之三支付违约金，且逾期付款违约金总额以逾期金额的5%为限；因出卖人未开具合规发票、交付的标的物不合格或存在其他违约行为，致买受人拒付、缓付的，不构成买受人逾期付款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11.5　违约金不足以弥补守约方实际损失的，违约方应就不足部分予以赔偿。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11.6　因出卖人迟延交付、交付不合格、数量短缺或存在权利瑕疵，致买受人生产线停工、减产、订单违约或需向第三方采购替代货物的，出卖人应赔偿买受人的停产停工损失（按停工设备台数、停工工时及买受人上一年度同类产品单位工时毛利计算）、替代采购差价、订单违约金及为此支出的运输、检验、安装调试费用；买受人主张上述损失不以解除合同为前提，亦不受本合同任何违约金限额条款的限制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第十二条　合同变更与权利义务转让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12.1　本合同的变更须经双方书面协商一致并签署补充协议。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12.2　未经对方书面同意，任何一方不得将本合同项下权利义务全部或部分转让给第三人。买受人依法将债权（如质量索赔权）转让给关联公司的，应书面通知出卖人。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第十三条　解除与终止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13.1　双方协商一致，可以解除本合同。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13.2　有下列情形之一的，买受人有权书面通知出卖人解除本合同：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（1）出卖人逾期交付超过____日的；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（2）标的物经验收不合格，经买受人要求后在合理期限内仍未修复、更换达标的；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（3）出卖人明确表示或以行为表明不履行主要义务的；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（4）出卖人丧失履约能力（含进入破产、清算程序、主要财产被查封）且未提供充分担保的；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（5）出卖人擅自转包、以次充好、更换合同约定货物的；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（6）出卖人存在其他严重违反本合同义务的行为，致合同目的不能实现的。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13.3　合同解除后，尚未履行的部分终止履行；已履行的，根据履行情况，出卖人应退还已收价款并支付资金占用利息；解除不影响守约方要求违约方承担违约责任的权利。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第十四条　保密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14.1　双方对在订立、履行本合同过程中知悉的对方商业秘密（含技术资料、价格、客户信息等）负有保密义务，未经书面同意不得向第三方披露或用于本合同以外的目的。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14.2　保密义务不因本合同的解除、终止而失效，有效期至相关信息依法公开之日止。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14.3　违反保密义务的，应赔偿守约方因此遭受的全部损失。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第十五条　不可抗力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15.1　不可抗力指不能预见、不能避免且不能克服的客观情况，包括自然灾害、战争、政府行为、疫情管控等。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15.2　遭遇不可抗力的一方应在____日内书面通知对方并提供证明，同时采取合理措施防止损失扩大；未及时通知致对方损失扩大的，就扩大部分不能免责。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15.3　不可抗力影响消除后应继续履行；因不可抗力致合同目的不能实现的，任何一方均有权解除合同，互不承担违约责任。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第十六条　通知与送达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16.1　双方确认以本合同首部载明的住所、联系方式及下列电子方式为有效送达渠道：出卖人电子邮箱________________；买受人电子邮箱／电子送达系统________________。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16.2　通知自专人送达签收之日、邮寄交邮后第____日（拒收或退回的，退回之日视为送达）、电子邮件或电子送达系统发送成功之日视为送达。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16.3　一方变更住所、联系方式或电子送达渠道的，应在变更后____日内书面通知对方；未通知的，按原渠道送达仍视为有效送达。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第十七条　法律适用与争议解决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17.1　本合同的订立、效力、解释、履行及争议解决，均适用中华人民共和国法律。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17.2　因本合同引起的或与本合同有关的任何争议，双方应友好协商解决；协商不成的，任何一方均有权向乙方住所地人民法院提起诉讼。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17.3　败诉方应承担胜诉方为本案支出的律师费、保全费、保全担保费、公证费、差旅费等实现债权的合理费用。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本条依《中华人民共和国民事诉讼法》第三十五条协议管辖，将管辖法院约定于乙方（买受人）住所地。买受人住所地系法定可选连接点，与本合同的签订、履行具有实际联系，该约定合法有效，可显著降低买受人异地应诉与执行的成本。）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第十八条　其他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18.1　本合同自双方法定代表人或授权代表签字（自然人签字并按指印）并加盖公章之日起生效。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18.2　本合同一式____份，双方各执____份，具有同等法律效力。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18.3　本合同附件为本合同不可分割的组成部分，与本合同具有同等效力；附件清单：附件一《货物明细表》；附件二《技术标准／样品封样确认单》；附件三《担保合同》（如有）。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18.4　本合同未尽事宜，双方可另行签订补充协议；补充协议与本合同不一致的，以补充协议为准。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（以下无正文，为签署栏）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出卖人（甲方）（盖章）：________________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法定代表人或授权代表（签字）：________________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签订日期：____年____月____日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买受人（乙方）（盖章）：________________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法定代表人、授权代表或本人（签字并按指印）：________________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签订日期：____年____月____日</w:t>
      </w:r>
    </w:p>
    <w:sectPr w:rsidR="00FC693F" w:rsidRPr="0006063C" w:rsidSect="00034616">
      <w:pgSz w:w="12240" w:h="15840"/>
      <w:pgMar w:top="1701" w:right="1474" w:bottom="147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